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UNIGE — exercice 2025</w:t>
      </w:r>
    </w:p>
    <w:p>
      <w:pPr>
        <w:jc w:val="center"/>
      </w:pPr>
      <w:r>
        <w:rPr>
          <w:b w:val="0"/>
          <w:i/>
          <w:color w:val="888890"/>
          <w:sz w:val="18"/>
        </w:rPr>
        <w:t>Généré le 26.10.2026 à 06:00</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Conseil d'Administration (5 personnes)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Critères ESG intégrés dans les décisions d'investissement et de partenariat.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600'000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4'000'000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15.0%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140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190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73.7%</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Congé maternité 14 semaines, paternité 4 semaines, prévoyance 2e pilier au-dessus du minimum LPP, télétravail 2 jours/semaine.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100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117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117.0%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&lt; 5 ans: 16 (38%); 5-10 ans: 10 (24%); 11-15 ans: 8 (19%); 16-20 ans: 3 (7%); 21-25 ans: 1 (2%); 26-30 ans: 2 (5%); 31-40 ans: 2 (5%)</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44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2.3%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Hommes: 1; ≥ 50 ans: 1; Suisse: 1</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Grille salariale unique avec négociation collective ; bonus liés à la performance individuelle (50%) et collective (50%) incluant 1 critère ESG.</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w:t>
            </w:r>
          </w:p>
        </w:tc>
        <w:tc>
          <w:tcPr>
            <w:tcW w:type="dxa" w:w="907"/>
          </w:tcPr>
          <w:p>
            <w:r>
              <w:rPr>
                <w:sz w:val="18"/>
              </w:rPr>
              <w:t>ratio</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Évaluation annuelle sur 4 critères (Pays, Secteur, Matière, Importance stratégique). Audit obligatoire pour score ≥ 10.</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Plan d'information aux riverains avant chaque chantier ; partenariat avec une école professionnelle.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Cartographie des fournisseurs directs sur 4 pays (CH, DE, FR, CN) ; audit annuel des sous-traitants critiques ; charte fournisseurs signée par 90% du montant d'achats.</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Plan de mobilité d'entreprise : abonnement CFF à demi-tarif financé, place vélo couverte, télétravail 2 jours/semaine, flotte 100% électrique pour les véhicules de société.</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Neutralité carbone Scope 1+2 visée pour 2035.</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Année de référence 2022 : Scope 1 = 280 tCO₂e, Scope 2 = 160 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Décarbonation du chauffage (pompe à chaleur), achat d'électricité 100% renouvelable, optimisation des déplacements professionnels.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Annuelle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GHG Protocol — Scope 1 et 2 obligatoires, Scope 3 partiel (catégories 1, 6, 7).</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175.00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151.00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453.00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779.00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w:t>
            </w:r>
          </w:p>
        </w:tc>
        <w:tc>
          <w:tcPr>
            <w:tcW w:type="dxa" w:w="907"/>
          </w:tcPr>
          <w:p>
            <w:r>
              <w:rPr>
                <w:sz w:val="18"/>
              </w:rPr>
              <w:t>m³</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2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4.70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3.50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74.5%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Aucune source d'émission directe sur sites sensibles ; protocole de gestion des eaux pluviales sur tous les sites.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Assurance incendie + pertes d'exploitation, assurance catastrophes naturelles.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Aléas physiques identifiés : canicules (été), tempêtes (printemps/automne), précipitations intenses. Risques de transition : durcissement réglementaire CH/UE, exigences des donneurs d'ordre.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Sites tous situés en zone urbaine bien équipée ; sensibilité moyenne aux aléas physiques.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Court terme (1-3 ans) pour aléas physiques ; moyen terme (3-10 ans) pour risques de transition.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Climatisation passive renforcée, plan de continuité d'activité testé annuellement.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Moyen</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